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22"/>
        <w:tblW w:w="111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186"/>
        <w:gridCol w:w="214"/>
        <w:gridCol w:w="1780"/>
        <w:gridCol w:w="1975"/>
        <w:gridCol w:w="1319"/>
        <w:gridCol w:w="666"/>
        <w:gridCol w:w="1319"/>
        <w:gridCol w:w="632"/>
        <w:gridCol w:w="1720"/>
        <w:gridCol w:w="160"/>
      </w:tblGrid>
      <w:tr w:rsidR="00CA24A3" w:rsidRPr="00CA24A3" w14:paraId="4C265F7B" w14:textId="77777777" w:rsidTr="00CA24A3">
        <w:trPr>
          <w:gridAfter w:val="1"/>
          <w:wAfter w:w="160" w:type="dxa"/>
          <w:trHeight w:val="262"/>
        </w:trPr>
        <w:tc>
          <w:tcPr>
            <w:tcW w:w="66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2CCC264" w14:textId="77777777" w:rsidR="00CA24A3" w:rsidRPr="00CA24A3" w:rsidRDefault="00CA24A3" w:rsidP="00DD1CB6">
            <w:pPr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 xml:space="preserve">NOMBRE DEL ALUMNO: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44A321F" w14:textId="77777777" w:rsidR="00CA24A3" w:rsidRPr="00CA24A3" w:rsidRDefault="00CA24A3" w:rsidP="00DD1CB6">
            <w:pPr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CUATRIMESTRE:</w:t>
            </w:r>
          </w:p>
        </w:tc>
        <w:tc>
          <w:tcPr>
            <w:tcW w:w="23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D71A727" w14:textId="77777777" w:rsidR="00CA24A3" w:rsidRPr="00CA24A3" w:rsidRDefault="00CA24A3" w:rsidP="00DD1CB6">
            <w:pPr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 xml:space="preserve">CALIFICACION:                             </w:t>
            </w:r>
          </w:p>
        </w:tc>
      </w:tr>
      <w:tr w:rsidR="00CA24A3" w:rsidRPr="00CA24A3" w14:paraId="7912F37A" w14:textId="77777777" w:rsidTr="00CA24A3">
        <w:trPr>
          <w:gridAfter w:val="1"/>
          <w:wAfter w:w="160" w:type="dxa"/>
          <w:trHeight w:val="285"/>
        </w:trPr>
        <w:tc>
          <w:tcPr>
            <w:tcW w:w="66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729C321" w14:textId="77777777" w:rsidR="00CA24A3" w:rsidRPr="00CA24A3" w:rsidRDefault="00CA24A3" w:rsidP="00DD1CB6">
            <w:pPr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FECHA:</w:t>
            </w:r>
          </w:p>
        </w:tc>
        <w:tc>
          <w:tcPr>
            <w:tcW w:w="43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82FB3D7" w14:textId="77777777" w:rsidR="00CA24A3" w:rsidRPr="00CA24A3" w:rsidRDefault="00CA24A3" w:rsidP="00DD1CB6">
            <w:pPr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 xml:space="preserve">EMPRESA: </w:t>
            </w:r>
          </w:p>
        </w:tc>
      </w:tr>
      <w:tr w:rsidR="00CA24A3" w:rsidRPr="00CA24A3" w14:paraId="1578E2B0" w14:textId="77777777" w:rsidTr="00CA24A3">
        <w:trPr>
          <w:gridAfter w:val="1"/>
          <w:wAfter w:w="160" w:type="dxa"/>
          <w:trHeight w:val="285"/>
        </w:trPr>
        <w:tc>
          <w:tcPr>
            <w:tcW w:w="66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138E3F" w14:textId="77777777" w:rsidR="00CA24A3" w:rsidRPr="00CA24A3" w:rsidRDefault="00CA24A3" w:rsidP="00DD1CB6">
            <w:pPr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ASESOR:</w:t>
            </w:r>
          </w:p>
        </w:tc>
        <w:tc>
          <w:tcPr>
            <w:tcW w:w="43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444FBB2" w14:textId="77777777" w:rsidR="00CA24A3" w:rsidRPr="00CA24A3" w:rsidRDefault="00CA24A3" w:rsidP="00DD1CB6">
            <w:pPr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 xml:space="preserve">CARRERA:                                              </w:t>
            </w:r>
          </w:p>
        </w:tc>
      </w:tr>
      <w:tr w:rsidR="00CA24A3" w:rsidRPr="00CA24A3" w14:paraId="7FBB77F7" w14:textId="77777777" w:rsidTr="00CA24A3">
        <w:trPr>
          <w:gridAfter w:val="1"/>
          <w:wAfter w:w="160" w:type="dxa"/>
          <w:trHeight w:val="285"/>
        </w:trPr>
        <w:tc>
          <w:tcPr>
            <w:tcW w:w="1097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99D39B3" w14:textId="77777777" w:rsidR="00CA24A3" w:rsidRPr="00CA24A3" w:rsidRDefault="00CA24A3" w:rsidP="00DD1CB6">
            <w:pPr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NOMBRE DEL PROYECTO:</w:t>
            </w:r>
          </w:p>
        </w:tc>
      </w:tr>
      <w:tr w:rsidR="00CA24A3" w:rsidRPr="00CA24A3" w14:paraId="53C62F8E" w14:textId="77777777" w:rsidTr="00CA24A3">
        <w:trPr>
          <w:trHeight w:val="28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64D2B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B4FFF" w14:textId="77777777" w:rsidR="00CA24A3" w:rsidRPr="00CA24A3" w:rsidRDefault="00CA24A3" w:rsidP="00DD1CB6">
            <w:pPr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8E0A0" w14:textId="77777777" w:rsidR="00CA24A3" w:rsidRPr="00CA24A3" w:rsidRDefault="00CA24A3" w:rsidP="00DD1CB6">
            <w:pPr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E1EAF" w14:textId="77777777" w:rsidR="00CA24A3" w:rsidRPr="00CA24A3" w:rsidRDefault="00CA24A3" w:rsidP="00DD1CB6">
            <w:pPr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C0122" w14:textId="77777777" w:rsidR="00CA24A3" w:rsidRPr="00CA24A3" w:rsidRDefault="00CA24A3" w:rsidP="00DD1CB6">
            <w:pPr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43BDD" w14:textId="77777777" w:rsidR="00CA24A3" w:rsidRPr="00CA24A3" w:rsidRDefault="00CA24A3" w:rsidP="00DD1CB6">
            <w:pPr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93DD6" w14:textId="77777777" w:rsidR="00CA24A3" w:rsidRPr="00CA24A3" w:rsidRDefault="00CA24A3" w:rsidP="00DD1CB6">
            <w:pPr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</w:tr>
      <w:tr w:rsidR="00CA24A3" w:rsidRPr="00CA24A3" w14:paraId="26E9486F" w14:textId="77777777" w:rsidTr="00CA24A3">
        <w:trPr>
          <w:trHeight w:val="217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1B46DB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327A2B75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CRITERIO</w:t>
            </w:r>
          </w:p>
        </w:tc>
        <w:tc>
          <w:tcPr>
            <w:tcW w:w="19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3E1F090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COMPETENTE</w:t>
            </w:r>
          </w:p>
        </w:tc>
        <w:tc>
          <w:tcPr>
            <w:tcW w:w="1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DD67B9C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INDEPENDIENTE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0850EB76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BÁSICO AVANZADO</w:t>
            </w:r>
          </w:p>
        </w:tc>
        <w:tc>
          <w:tcPr>
            <w:tcW w:w="19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365D4E7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BÁSICO UMBRAL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4A55CE4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NO COMPETENTE</w:t>
            </w:r>
          </w:p>
        </w:tc>
      </w:tr>
      <w:tr w:rsidR="00CA24A3" w:rsidRPr="00CA24A3" w14:paraId="2A1E3EAF" w14:textId="77777777" w:rsidTr="00CA24A3">
        <w:trPr>
          <w:trHeight w:val="1452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C873D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</w:tcPr>
          <w:p w14:paraId="502D22D9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Esfuerzo</w:t>
            </w:r>
            <w:proofErr w:type="spellEnd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 xml:space="preserve"> y </w:t>
            </w:r>
            <w:proofErr w:type="spellStart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claridad</w:t>
            </w:r>
            <w:proofErr w:type="spellEnd"/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9ECA0D" w14:textId="77777777" w:rsidR="00CA24A3" w:rsidRPr="00CA24A3" w:rsidRDefault="00CA24A3" w:rsidP="00DD1CB6">
            <w:pPr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reporte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la estancia no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tiene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errores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que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distraen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y es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fácil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leer. Parece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que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estudiante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puso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mucho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esfuerzo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hacer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bien las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cosas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BA5227" w14:textId="77777777" w:rsidR="00CA24A3" w:rsidRPr="00CA24A3" w:rsidRDefault="00CA24A3" w:rsidP="00DD1CB6">
            <w:pPr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reporte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la estancia no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tiene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errores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que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distraen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y es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fácil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leer. Parece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que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estudiante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trabajó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bastante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duro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reporte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EE7EB4" w14:textId="77777777" w:rsidR="00CA24A3" w:rsidRPr="00CA24A3" w:rsidRDefault="00CA24A3" w:rsidP="00DD1CB6">
            <w:pPr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reporte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la estancia se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puede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leer,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pero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la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calidad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no es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muy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buena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algunas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partes. Parece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que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al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estudiante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se le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acabó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tiempo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o no le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importaba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reporte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7FA5BE" w14:textId="77777777" w:rsidR="00CA24A3" w:rsidRPr="00CA24A3" w:rsidRDefault="00CA24A3" w:rsidP="00DD1CB6">
            <w:pPr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Desorganizado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y no es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fácil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leer.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0648A9" w14:textId="77777777" w:rsidR="00CA24A3" w:rsidRPr="00CA24A3" w:rsidRDefault="00CA24A3" w:rsidP="00DD1CB6">
            <w:pPr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Muy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desorganizado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y no es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fácil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leer. Parece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que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estudiante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lo puso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todo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justo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último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minuto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sin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importarle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mucho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</w:tr>
      <w:tr w:rsidR="00CA24A3" w:rsidRPr="00CA24A3" w14:paraId="43AACE03" w14:textId="77777777" w:rsidTr="00CA24A3">
        <w:trPr>
          <w:trHeight w:val="83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77765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</w:tcPr>
          <w:p w14:paraId="678C43E4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Requisitos</w:t>
            </w:r>
            <w:proofErr w:type="spellEnd"/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1578BE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Cumplió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con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todos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los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requisitos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Excedió las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expectativas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C5CE9D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Todos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los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requisitos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fueron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cumplidos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9442B7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No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cumple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satisfactoriamente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con un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requisito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D02C9D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Más de un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requisito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no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fue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cumplido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satisfactoriamente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4C5D7A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Más de dos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requisitos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no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fueron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cumplidos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satisfactoriamente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</w:t>
            </w:r>
          </w:p>
        </w:tc>
      </w:tr>
      <w:tr w:rsidR="00CA24A3" w:rsidRPr="00CA24A3" w14:paraId="6CA3B255" w14:textId="77777777" w:rsidTr="00CA24A3">
        <w:trPr>
          <w:trHeight w:val="110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E27E1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</w:tcPr>
          <w:p w14:paraId="563C8D99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Contenido</w:t>
            </w:r>
            <w:proofErr w:type="spellEnd"/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10FC86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Cubre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los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temas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a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profundidad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con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detalles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y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ejemplos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conocimiento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tema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excelente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B487A1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Incluye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conocimiento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básico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sobre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tema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contenido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parece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ser bueno.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C41B82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Incluye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información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esencial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sobre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tema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,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pero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tiene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1-2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errores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los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hechos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6012E7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contenido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mínimo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y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tiene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tres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errores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los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hechos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C22F77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contenido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mínimo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y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tiene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varios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errores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los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hechos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</w:t>
            </w:r>
          </w:p>
        </w:tc>
      </w:tr>
      <w:tr w:rsidR="00CA24A3" w:rsidRPr="00CA24A3" w14:paraId="1A20D068" w14:textId="77777777" w:rsidTr="00CA24A3">
        <w:trPr>
          <w:trHeight w:val="1076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D595E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</w:tcPr>
          <w:p w14:paraId="385A59F8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 xml:space="preserve">Fuentes de </w:t>
            </w:r>
            <w:proofErr w:type="spellStart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información</w:t>
            </w:r>
            <w:proofErr w:type="spellEnd"/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3A4B5E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Todas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las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fuentes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información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están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documentadas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y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formato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deseado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6A51E8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Todas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las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fuentes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información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están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documentadas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pero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unas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pocas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no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formato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deseado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D4F564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Todas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las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fuentes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información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están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documentadas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,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pero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no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formato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deseado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D6DB71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Algunas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fuentes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información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no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están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documentadas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AD36ED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Ninguna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fuente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información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está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documentada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</w:tr>
      <w:tr w:rsidR="00CA24A3" w:rsidRPr="00CA24A3" w14:paraId="0CF62DD4" w14:textId="77777777" w:rsidTr="00CA24A3">
        <w:trPr>
          <w:trHeight w:val="7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7E2FF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</w:tcPr>
          <w:p w14:paraId="15FC39D7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Ortografía</w:t>
            </w:r>
            <w:proofErr w:type="spellEnd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 xml:space="preserve"> y </w:t>
            </w:r>
            <w:proofErr w:type="spellStart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redacción</w:t>
            </w:r>
            <w:proofErr w:type="spellEnd"/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43A17C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No hay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errores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gramática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,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ortografía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puntuación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.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96C440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Casi no hay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errores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gramática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,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ortografía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puntuación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F3998D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Unos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pocos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errores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gramáticas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,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ortografía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puntuación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5688F1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Varios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errores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gramática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,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ortografía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puntuación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D073C5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Demasiados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errores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gramática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,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ortografía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puntuación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</w:tr>
      <w:tr w:rsidR="00CA24A3" w:rsidRPr="00CA24A3" w14:paraId="235589D1" w14:textId="77777777" w:rsidTr="00CA24A3">
        <w:trPr>
          <w:trHeight w:val="75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8C8A6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</w:tcPr>
          <w:p w14:paraId="12466FB5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 xml:space="preserve">Asistencia </w:t>
            </w:r>
            <w:proofErr w:type="spellStart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asesorías</w:t>
            </w:r>
            <w:proofErr w:type="spellEnd"/>
          </w:p>
        </w:tc>
        <w:tc>
          <w:tcPr>
            <w:tcW w:w="19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383FB5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alumno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presentó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todas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las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asesorías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agendadas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por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su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asesor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,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entregando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avance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su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reporte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tiempo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y forma.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F0CB23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alumno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solo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faltó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a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una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asesoría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con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su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asesor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, sin embargo,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entregó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avance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su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proyecto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ADC307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alumno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tuvo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dos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faltas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asesorías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,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pero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entregó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su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avance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proyecto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con las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correcciones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actualizadas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1F97B1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alumno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únicamente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presentó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al final de la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fecha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establecida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por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asesor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para la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entrega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proyecto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final.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0B4B53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alumno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no se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presentó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a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ninguna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revisión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para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su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proyecto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</w:tr>
      <w:tr w:rsidR="00CA24A3" w:rsidRPr="00CA24A3" w14:paraId="40B81C05" w14:textId="77777777" w:rsidTr="00CA24A3">
        <w:trPr>
          <w:trHeight w:val="7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394E886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</w:tcPr>
          <w:p w14:paraId="22A92F1A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 xml:space="preserve">Entrega del </w:t>
            </w:r>
            <w:proofErr w:type="spellStart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proyecto</w:t>
            </w:r>
            <w:proofErr w:type="spellEnd"/>
          </w:p>
        </w:tc>
        <w:tc>
          <w:tcPr>
            <w:tcW w:w="1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80CACA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reporte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proyecto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entregó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para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revisión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dentro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las 4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semanas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inicio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Estancia.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09920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reporte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proyecto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entregó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para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revisión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dentro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las 6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semanas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inicio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Estancia.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F3020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reporte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proyecto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entregó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para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revisión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al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terminar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la Estancia.</w:t>
            </w:r>
          </w:p>
        </w:tc>
        <w:tc>
          <w:tcPr>
            <w:tcW w:w="19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560ABF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reporte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proyecto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entregó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para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revisión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una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semana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después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terminar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la Estancia.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E73A66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reporte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proyecto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no se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entregó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para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revisión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.</w:t>
            </w:r>
          </w:p>
        </w:tc>
      </w:tr>
      <w:tr w:rsidR="00CA24A3" w:rsidRPr="00CA24A3" w14:paraId="6080F6C4" w14:textId="77777777" w:rsidTr="00CA24A3">
        <w:trPr>
          <w:trHeight w:val="755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217B1CC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</w:p>
        </w:tc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</w:tcPr>
          <w:p w14:paraId="120CD1FA" w14:textId="77777777" w:rsidR="00CA24A3" w:rsidRPr="00CA24A3" w:rsidRDefault="00CA24A3" w:rsidP="00DD1CB6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</w:pPr>
            <w:proofErr w:type="spellStart"/>
            <w:r w:rsidRPr="00CA24A3">
              <w:rPr>
                <w:rFonts w:asciiTheme="majorHAnsi" w:hAnsiTheme="majorHAnsi" w:cstheme="majorHAnsi"/>
                <w:b/>
                <w:bCs/>
                <w:color w:val="000000"/>
                <w:sz w:val="14"/>
                <w:szCs w:val="14"/>
                <w:lang w:eastAsia="es-MX"/>
              </w:rPr>
              <w:t>Motivación</w:t>
            </w:r>
            <w:proofErr w:type="spellEnd"/>
          </w:p>
        </w:tc>
        <w:tc>
          <w:tcPr>
            <w:tcW w:w="19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028D5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alumno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mostró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motivado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y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muy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activo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desarrollo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todas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las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actividades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la Estancia.</w:t>
            </w:r>
          </w:p>
        </w:tc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B3206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alumno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mostró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motivado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y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muy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activo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desarrollo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casi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todas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las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actividades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la Estancia.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0ABDF6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alumno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mostró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motivado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y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muy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activo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desarrollo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las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actividades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la Estancia.</w:t>
            </w:r>
          </w:p>
        </w:tc>
        <w:tc>
          <w:tcPr>
            <w:tcW w:w="19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65F8A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alumno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se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mostró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motivado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y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activo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pocas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actividades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la Estancia.</w:t>
            </w:r>
          </w:p>
        </w:tc>
        <w:tc>
          <w:tcPr>
            <w:tcW w:w="1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BDB18" w14:textId="77777777" w:rsidR="00CA24A3" w:rsidRPr="00CA24A3" w:rsidRDefault="00CA24A3" w:rsidP="00DD1CB6">
            <w:pPr>
              <w:jc w:val="both"/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</w:pPr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alumno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no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está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motivado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ni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activo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en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el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desarrollo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las </w:t>
            </w:r>
            <w:proofErr w:type="spellStart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>actividades</w:t>
            </w:r>
            <w:proofErr w:type="spellEnd"/>
            <w:r w:rsidRPr="00CA24A3">
              <w:rPr>
                <w:rFonts w:asciiTheme="majorHAnsi" w:hAnsiTheme="majorHAnsi" w:cstheme="majorHAnsi"/>
                <w:color w:val="000000"/>
                <w:sz w:val="14"/>
                <w:szCs w:val="14"/>
                <w:lang w:eastAsia="es-MX"/>
              </w:rPr>
              <w:t xml:space="preserve"> de la Estancia.</w:t>
            </w:r>
          </w:p>
        </w:tc>
      </w:tr>
    </w:tbl>
    <w:p w14:paraId="428BA724" w14:textId="3EDCCAB7" w:rsidR="006F524C" w:rsidRDefault="006F524C" w:rsidP="006109CB">
      <w:pPr>
        <w:rPr>
          <w:i/>
          <w:iCs/>
        </w:rPr>
      </w:pPr>
    </w:p>
    <w:p w14:paraId="7E818F7D" w14:textId="77777777" w:rsidR="00CA24A3" w:rsidRPr="00F06A3F" w:rsidRDefault="00CA24A3" w:rsidP="00CA24A3">
      <w:pPr>
        <w:jc w:val="center"/>
        <w:rPr>
          <w:rFonts w:ascii="Arial" w:hAnsi="Arial" w:cs="Arial"/>
        </w:rPr>
      </w:pPr>
      <w:r w:rsidRPr="00F06A3F">
        <w:rPr>
          <w:rFonts w:ascii="Arial" w:hAnsi="Arial" w:cs="Arial"/>
        </w:rPr>
        <w:t>---------------------</w:t>
      </w:r>
      <w:proofErr w:type="spellStart"/>
      <w:r>
        <w:rPr>
          <w:rFonts w:ascii="Arial" w:hAnsi="Arial" w:cs="Arial"/>
        </w:rPr>
        <w:t>asesor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firma</w:t>
      </w:r>
      <w:proofErr w:type="spellEnd"/>
      <w:r w:rsidRPr="00F06A3F">
        <w:rPr>
          <w:rFonts w:ascii="Arial" w:hAnsi="Arial" w:cs="Arial"/>
        </w:rPr>
        <w:t>-----------------------------</w:t>
      </w:r>
    </w:p>
    <w:p w14:paraId="4B6ABA13" w14:textId="77777777" w:rsidR="00CA24A3" w:rsidRDefault="00CA24A3" w:rsidP="00CA24A3">
      <w:pPr>
        <w:jc w:val="center"/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Asesor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de Estancia (</w:t>
      </w:r>
      <w:proofErr w:type="spellStart"/>
      <w:r w:rsidRPr="00435AE1">
        <w:rPr>
          <w:rFonts w:ascii="Arial" w:hAnsi="Arial" w:cs="Arial"/>
          <w:b/>
          <w:color w:val="FF0000"/>
          <w:sz w:val="18"/>
          <w:szCs w:val="18"/>
        </w:rPr>
        <w:t>Colocar</w:t>
      </w:r>
      <w:proofErr w:type="spellEnd"/>
      <w:r w:rsidRPr="00435AE1">
        <w:rPr>
          <w:rFonts w:ascii="Arial" w:hAnsi="Arial" w:cs="Arial"/>
          <w:b/>
          <w:color w:val="FF0000"/>
          <w:sz w:val="18"/>
          <w:szCs w:val="18"/>
        </w:rPr>
        <w:t xml:space="preserve"> el </w:t>
      </w:r>
      <w:proofErr w:type="spellStart"/>
      <w:r w:rsidRPr="00435AE1">
        <w:rPr>
          <w:rFonts w:ascii="Arial" w:hAnsi="Arial" w:cs="Arial"/>
          <w:b/>
          <w:color w:val="FF0000"/>
          <w:sz w:val="18"/>
          <w:szCs w:val="18"/>
        </w:rPr>
        <w:t>número</w:t>
      </w:r>
      <w:proofErr w:type="spellEnd"/>
      <w:r w:rsidRPr="00435AE1">
        <w:rPr>
          <w:rFonts w:ascii="Arial" w:hAnsi="Arial" w:cs="Arial"/>
          <w:b/>
          <w:color w:val="FF0000"/>
          <w:sz w:val="18"/>
          <w:szCs w:val="18"/>
        </w:rPr>
        <w:t xml:space="preserve"> de estancia)</w:t>
      </w:r>
    </w:p>
    <w:p w14:paraId="58715AEB" w14:textId="5FF4C2C0" w:rsidR="00CA24A3" w:rsidRPr="00A97BE2" w:rsidRDefault="00CA24A3" w:rsidP="00CA24A3">
      <w:pPr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A97BE2">
        <w:rPr>
          <w:rFonts w:ascii="Arial" w:hAnsi="Arial" w:cs="Arial"/>
          <w:b/>
          <w:color w:val="FF0000"/>
          <w:sz w:val="18"/>
          <w:szCs w:val="18"/>
        </w:rPr>
        <w:t>(</w:t>
      </w:r>
      <w:proofErr w:type="spellStart"/>
      <w:r w:rsidRPr="00A97BE2">
        <w:rPr>
          <w:rFonts w:ascii="Arial" w:hAnsi="Arial" w:cs="Arial"/>
          <w:b/>
          <w:color w:val="FF0000"/>
          <w:sz w:val="18"/>
          <w:szCs w:val="18"/>
        </w:rPr>
        <w:t>colocar</w:t>
      </w:r>
      <w:proofErr w:type="spellEnd"/>
      <w:r w:rsidRPr="00A97BE2">
        <w:rPr>
          <w:rFonts w:ascii="Arial" w:hAnsi="Arial" w:cs="Arial"/>
          <w:b/>
          <w:color w:val="FF0000"/>
          <w:sz w:val="18"/>
          <w:szCs w:val="18"/>
        </w:rPr>
        <w:t xml:space="preserve"> el </w:t>
      </w:r>
      <w:proofErr w:type="spellStart"/>
      <w:r w:rsidRPr="00A97BE2">
        <w:rPr>
          <w:rFonts w:ascii="Arial" w:hAnsi="Arial" w:cs="Arial"/>
          <w:b/>
          <w:color w:val="FF0000"/>
          <w:sz w:val="18"/>
          <w:szCs w:val="18"/>
        </w:rPr>
        <w:t>nombre</w:t>
      </w:r>
      <w:proofErr w:type="spellEnd"/>
      <w:r>
        <w:rPr>
          <w:rFonts w:ascii="Arial" w:hAnsi="Arial" w:cs="Arial"/>
          <w:b/>
          <w:color w:val="FF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color w:val="FF0000"/>
          <w:sz w:val="18"/>
          <w:szCs w:val="18"/>
        </w:rPr>
        <w:t>completo</w:t>
      </w:r>
      <w:proofErr w:type="spellEnd"/>
      <w:r w:rsidRPr="00A97BE2">
        <w:rPr>
          <w:rFonts w:ascii="Arial" w:hAnsi="Arial" w:cs="Arial"/>
          <w:b/>
          <w:color w:val="FF0000"/>
          <w:sz w:val="18"/>
          <w:szCs w:val="18"/>
        </w:rPr>
        <w:t xml:space="preserve"> del asesor)</w:t>
      </w:r>
    </w:p>
    <w:p w14:paraId="39369868" w14:textId="77777777" w:rsidR="00CA24A3" w:rsidRDefault="00CA24A3" w:rsidP="006109CB">
      <w:pPr>
        <w:rPr>
          <w:i/>
          <w:iCs/>
        </w:rPr>
      </w:pPr>
    </w:p>
    <w:p w14:paraId="1AE417CD" w14:textId="77777777" w:rsidR="006F524C" w:rsidRDefault="006F524C" w:rsidP="006109CB">
      <w:pPr>
        <w:rPr>
          <w:i/>
          <w:iCs/>
        </w:rPr>
      </w:pPr>
    </w:p>
    <w:p w14:paraId="19DB5F12" w14:textId="77777777" w:rsidR="006F524C" w:rsidRDefault="006F524C" w:rsidP="006109CB">
      <w:pPr>
        <w:rPr>
          <w:i/>
          <w:iCs/>
        </w:rPr>
      </w:pPr>
    </w:p>
    <w:p w14:paraId="5FA807E7" w14:textId="4581775B" w:rsidR="006F524C" w:rsidRDefault="006F524C" w:rsidP="006109CB">
      <w:pPr>
        <w:rPr>
          <w:i/>
          <w:iCs/>
        </w:rPr>
      </w:pPr>
    </w:p>
    <w:p w14:paraId="6B8057BC" w14:textId="77777777" w:rsidR="006F524C" w:rsidRDefault="006F524C" w:rsidP="006109CB">
      <w:pPr>
        <w:rPr>
          <w:i/>
          <w:iCs/>
        </w:rPr>
      </w:pPr>
    </w:p>
    <w:p w14:paraId="2717E5C3" w14:textId="77777777" w:rsidR="006F524C" w:rsidRDefault="006F524C" w:rsidP="006109CB">
      <w:pPr>
        <w:rPr>
          <w:i/>
          <w:iCs/>
        </w:rPr>
      </w:pPr>
    </w:p>
    <w:p w14:paraId="67656D99" w14:textId="77777777" w:rsidR="006F524C" w:rsidRDefault="006F524C" w:rsidP="006109CB">
      <w:pPr>
        <w:rPr>
          <w:i/>
          <w:iCs/>
        </w:rPr>
      </w:pPr>
    </w:p>
    <w:p w14:paraId="2DCF9239" w14:textId="77777777" w:rsidR="006F524C" w:rsidRDefault="006F524C" w:rsidP="006109CB">
      <w:pPr>
        <w:rPr>
          <w:i/>
          <w:iCs/>
        </w:rPr>
      </w:pPr>
    </w:p>
    <w:p w14:paraId="3EF696E9" w14:textId="77777777" w:rsidR="006F524C" w:rsidRDefault="006F524C" w:rsidP="006109CB">
      <w:pPr>
        <w:rPr>
          <w:i/>
          <w:iCs/>
        </w:rPr>
      </w:pPr>
    </w:p>
    <w:p w14:paraId="7602E236" w14:textId="3A6F6BBC" w:rsidR="006F524C" w:rsidRDefault="00CA24A3" w:rsidP="00CA24A3">
      <w:pPr>
        <w:tabs>
          <w:tab w:val="left" w:pos="5865"/>
        </w:tabs>
        <w:rPr>
          <w:i/>
          <w:iCs/>
        </w:rPr>
      </w:pPr>
      <w:r>
        <w:rPr>
          <w:i/>
          <w:iCs/>
        </w:rPr>
        <w:tab/>
      </w:r>
    </w:p>
    <w:p w14:paraId="794643A7" w14:textId="77777777" w:rsidR="006F524C" w:rsidRDefault="006F524C" w:rsidP="006109CB">
      <w:pPr>
        <w:rPr>
          <w:i/>
          <w:iCs/>
        </w:rPr>
      </w:pPr>
    </w:p>
    <w:p w14:paraId="3033B4F7" w14:textId="77777777" w:rsidR="006F524C" w:rsidRDefault="006F524C" w:rsidP="006109CB">
      <w:pPr>
        <w:rPr>
          <w:i/>
          <w:iCs/>
        </w:rPr>
      </w:pPr>
    </w:p>
    <w:p w14:paraId="33147504" w14:textId="77777777" w:rsidR="006F524C" w:rsidRDefault="006F524C" w:rsidP="006109CB">
      <w:pPr>
        <w:rPr>
          <w:i/>
          <w:iCs/>
        </w:rPr>
      </w:pPr>
    </w:p>
    <w:p w14:paraId="39404D23" w14:textId="7ED9AEEB" w:rsidR="006109CB" w:rsidRPr="006109CB" w:rsidRDefault="006109CB" w:rsidP="006109CB">
      <w:pPr>
        <w:tabs>
          <w:tab w:val="left" w:pos="2025"/>
        </w:tabs>
      </w:pPr>
    </w:p>
    <w:sectPr w:rsidR="006109CB" w:rsidRPr="006109CB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D96EF" w14:textId="77777777" w:rsidR="000D26CD" w:rsidRDefault="000D26CD" w:rsidP="00D90C05">
      <w:pPr>
        <w:spacing w:after="0" w:line="240" w:lineRule="auto"/>
      </w:pPr>
      <w:r>
        <w:separator/>
      </w:r>
    </w:p>
  </w:endnote>
  <w:endnote w:type="continuationSeparator" w:id="0">
    <w:p w14:paraId="51095A36" w14:textId="77777777" w:rsidR="000D26CD" w:rsidRDefault="000D26CD" w:rsidP="00D90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1318" w14:textId="66736FD6" w:rsidR="0029476F" w:rsidRPr="0029476F" w:rsidRDefault="00D30241" w:rsidP="0029476F">
    <w:r>
      <w:rPr>
        <w:noProof/>
      </w:rPr>
      <w:drawing>
        <wp:anchor distT="0" distB="0" distL="114300" distR="114300" simplePos="0" relativeHeight="251667456" behindDoc="0" locked="0" layoutInCell="1" allowOverlap="1" wp14:anchorId="7596482B" wp14:editId="0A35BBC1">
          <wp:simplePos x="0" y="0"/>
          <wp:positionH relativeFrom="column">
            <wp:posOffset>-1143000</wp:posOffset>
          </wp:positionH>
          <wp:positionV relativeFrom="paragraph">
            <wp:posOffset>-252137</wp:posOffset>
          </wp:positionV>
          <wp:extent cx="6269990" cy="851588"/>
          <wp:effectExtent l="0" t="0" r="0" b="5715"/>
          <wp:wrapNone/>
          <wp:docPr id="1359746197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46197" name="Imagen 135974619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24728" cy="8590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72E3"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1EC4AE5A" wp14:editId="115D6FFB">
              <wp:simplePos x="0" y="0"/>
              <wp:positionH relativeFrom="column">
                <wp:posOffset>1247140</wp:posOffset>
              </wp:positionH>
              <wp:positionV relativeFrom="paragraph">
                <wp:posOffset>-63195</wp:posOffset>
              </wp:positionV>
              <wp:extent cx="5271135" cy="429260"/>
              <wp:effectExtent l="0" t="0" r="0" b="0"/>
              <wp:wrapNone/>
              <wp:docPr id="214632268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1135" cy="429260"/>
                        <a:chOff x="0" y="0"/>
                        <a:chExt cx="5271262" cy="429311"/>
                      </a:xfrm>
                    </wpg:grpSpPr>
                    <pic:pic xmlns:pic="http://schemas.openxmlformats.org/drawingml/2006/picture">
                      <pic:nvPicPr>
                        <pic:cNvPr id="1132021722" name="Imagen 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4118458" y="65837"/>
                          <a:ext cx="161925" cy="1619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14821213" name="Imagen 10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80467"/>
                          <a:ext cx="131445" cy="1809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98175251" name="Imagen 9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5">
                                  <a14:imgEffect>
                                    <a14:artisticPhotocopy/>
                                  </a14:imgEffect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84832" y="65837"/>
                          <a:ext cx="152400" cy="1524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63242626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2165299" y="14630"/>
                          <a:ext cx="8477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B676B" w14:textId="41D4BB1D" w:rsidR="00A55C4C" w:rsidRPr="00A55C4C" w:rsidRDefault="00A55C4C" w:rsidP="00A55C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55C4C">
                              <w:rPr>
                                <w:sz w:val="16"/>
                                <w:szCs w:val="16"/>
                              </w:rPr>
                              <w:t>753 130 6154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392183646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3167482" y="0"/>
                          <a:ext cx="8477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E82B6" w14:textId="2D4425AA" w:rsidR="00A55C4C" w:rsidRPr="00A55C4C" w:rsidRDefault="00A55C4C" w:rsidP="00A55C4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 w:rsidRPr="00A55C4C">
                              <w:rPr>
                                <w:sz w:val="16"/>
                                <w:szCs w:val="16"/>
                              </w:rPr>
                              <w:t>nformacion@uplc.edu.mx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374170201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4279392" y="14630"/>
                          <a:ext cx="99187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571D" w14:textId="1BA4F05C" w:rsidR="00A55C4C" w:rsidRPr="00A55C4C" w:rsidRDefault="00A55C4C" w:rsidP="00A55C4C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A55C4C">
                              <w:rPr>
                                <w:sz w:val="16"/>
                                <w:szCs w:val="16"/>
                              </w:rPr>
                              <w:t>www.uplc.edu.mx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38607179" name="Imagen 8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06547" y="87782"/>
                          <a:ext cx="180975" cy="1809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9038544" name="Conector recto 12"/>
                      <wps:cNvCnPr/>
                      <wps:spPr>
                        <a:xfrm>
                          <a:off x="2024939" y="3368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8F6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91208811" name="Conector recto 12"/>
                      <wps:cNvCnPr/>
                      <wps:spPr>
                        <a:xfrm>
                          <a:off x="2932024" y="3368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8F6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79593237" name="Conector recto 12"/>
                      <wps:cNvCnPr/>
                      <wps:spPr>
                        <a:xfrm>
                          <a:off x="4058564" y="33680"/>
                          <a:ext cx="0" cy="228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8F6A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489802187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124358" y="29261"/>
                          <a:ext cx="18573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A43854" w14:textId="7482D777" w:rsidR="00A55C4C" w:rsidRPr="00A55C4C" w:rsidRDefault="00A55C4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55C4C">
                              <w:rPr>
                                <w:sz w:val="16"/>
                                <w:szCs w:val="16"/>
                              </w:rPr>
                              <w:t>Carretera La Orilla - La Mira KM 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+</w:t>
                            </w:r>
                            <w:r w:rsidRPr="00A55C4C">
                              <w:rPr>
                                <w:sz w:val="16"/>
                                <w:szCs w:val="16"/>
                              </w:rPr>
                              <w:t>56 Colonia: La Orilla C.P. 60998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C4AE5A" id="Grupo 10" o:spid="_x0000_s1026" style="position:absolute;margin-left:98.2pt;margin-top:-5pt;width:415.05pt;height:33.8pt;z-index:251666432" coordsize="52712,429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7" o:spid="_x0000_s1027" type="#_x0000_t75" style="position:absolute;left:41184;top:658;width:1619;height:161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">
                <v:imagedata r:id="rId7" o:title="" recolortarget="#203957 [1444]"/>
              </v:shape>
              <v:shape id="Imagen 10" o:spid="_x0000_s1028" type="#_x0000_t75" style="position:absolute;top:804;width:1314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">
                <v:imagedata r:id="rId8" o:title="" recolortarget="#203957 [1444]"/>
              </v:shape>
              <v:shape id="Imagen 9" o:spid="_x0000_s1029" type="#_x0000_t75" style="position:absolute;left:20848;top:658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">
                <v:imagedata r:id="rId9" o:title="" recolortarget="black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0" type="#_x0000_t202" style="position:absolute;left:21652;top:146;width:847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" filled="f" stroked="f">
                <v:textbox>
                  <w:txbxContent>
                    <w:p w14:paraId="440B676B" w14:textId="41D4BB1D" w:rsidR="00A55C4C" w:rsidRPr="00A55C4C" w:rsidRDefault="00A55C4C" w:rsidP="00A55C4C">
                      <w:pPr>
                        <w:rPr>
                          <w:sz w:val="16"/>
                          <w:szCs w:val="16"/>
                        </w:rPr>
                      </w:pPr>
                      <w:r w:rsidRPr="00A55C4C">
                        <w:rPr>
                          <w:sz w:val="16"/>
                          <w:szCs w:val="16"/>
                        </w:rPr>
                        <w:t>753 130 6154</w:t>
                      </w:r>
                    </w:p>
                  </w:txbxContent>
                </v:textbox>
              </v:shape>
              <v:shape id="Cuadro de texto 2" o:spid="_x0000_s1031" type="#_x0000_t202" style="position:absolute;left:31674;width:8478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" filled="f" stroked="f">
                <v:textbox>
                  <w:txbxContent>
                    <w:p w14:paraId="478E82B6" w14:textId="2D4425AA" w:rsidR="00A55C4C" w:rsidRPr="00A55C4C" w:rsidRDefault="00A55C4C" w:rsidP="00A55C4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</w:t>
                      </w:r>
                      <w:r w:rsidRPr="00A55C4C">
                        <w:rPr>
                          <w:sz w:val="16"/>
                          <w:szCs w:val="16"/>
                        </w:rPr>
                        <w:t>nformacion@uplc.edu.mx</w:t>
                      </w:r>
                    </w:p>
                  </w:txbxContent>
                </v:textbox>
              </v:shape>
              <v:shape id="Cuadro de texto 2" o:spid="_x0000_s1032" type="#_x0000_t202" style="position:absolute;left:42793;top:146;width:9919;height:3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" filled="f" stroked="f">
                <v:textbox>
                  <w:txbxContent>
                    <w:p w14:paraId="0DDA571D" w14:textId="1BA4F05C" w:rsidR="00A55C4C" w:rsidRPr="00A55C4C" w:rsidRDefault="00A55C4C" w:rsidP="00A55C4C">
                      <w:pPr>
                        <w:rPr>
                          <w:sz w:val="16"/>
                          <w:szCs w:val="16"/>
                          <w:lang w:val="es-ES"/>
                        </w:rPr>
                      </w:pPr>
                      <w:r w:rsidRPr="00A55C4C">
                        <w:rPr>
                          <w:sz w:val="16"/>
                          <w:szCs w:val="16"/>
                        </w:rPr>
                        <w:t>www.uplc.edu.mx</w:t>
                      </w:r>
                    </w:p>
                  </w:txbxContent>
                </v:textbox>
              </v:shape>
              <v:shape id="Imagen 8" o:spid="_x0000_s1033" type="#_x0000_t75" style="position:absolute;left:30065;top:877;width:1810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">
                <v:imagedata r:id="rId10" o:title="" recolortarget="#203957 [1444]"/>
              </v:shape>
              <v:line id="Conector recto 12" o:spid="_x0000_s1034" style="position:absolute;visibility:visible;mso-wrap-style:square" from="20249,336" to="20249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" strokecolor="#1b8f6a" strokeweight="1.5pt">
                <v:shadow on="t" color="black" opacity="24903f" origin=",.5" offset="0,.55556mm"/>
              </v:line>
              <v:line id="Conector recto 12" o:spid="_x0000_s1035" style="position:absolute;visibility:visible;mso-wrap-style:square" from="29320,336" to="29320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" strokecolor="#1b8f6a" strokeweight="1.5pt">
                <v:shadow on="t" color="black" opacity="24903f" origin=",.5" offset="0,.55556mm"/>
              </v:line>
              <v:line id="Conector recto 12" o:spid="_x0000_s1036" style="position:absolute;visibility:visible;mso-wrap-style:square" from="40585,336" to="40585,2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" strokecolor="#1b8f6a" strokeweight="1.5pt">
                <v:shadow on="t" color="black" opacity="24903f" origin=",.5" offset="0,.55556mm"/>
              </v:line>
              <v:shape id="Cuadro de texto 2" o:spid="_x0000_s1037" type="#_x0000_t202" style="position:absolute;left:1243;top:292;width:18574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" filled="f" stroked="f">
                <v:textbox>
                  <w:txbxContent>
                    <w:p w14:paraId="76A43854" w14:textId="7482D777" w:rsidR="00A55C4C" w:rsidRPr="00A55C4C" w:rsidRDefault="00A55C4C">
                      <w:pPr>
                        <w:rPr>
                          <w:sz w:val="16"/>
                          <w:szCs w:val="16"/>
                        </w:rPr>
                      </w:pPr>
                      <w:r w:rsidRPr="00A55C4C">
                        <w:rPr>
                          <w:sz w:val="16"/>
                          <w:szCs w:val="16"/>
                        </w:rPr>
                        <w:t>Carretera La Orilla - La Mira KM 1</w:t>
                      </w:r>
                      <w:r>
                        <w:rPr>
                          <w:sz w:val="16"/>
                          <w:szCs w:val="16"/>
                        </w:rPr>
                        <w:t>+</w:t>
                      </w:r>
                      <w:r w:rsidRPr="00A55C4C">
                        <w:rPr>
                          <w:sz w:val="16"/>
                          <w:szCs w:val="16"/>
                        </w:rPr>
                        <w:t>56 Colonia: La Orilla C.P. 60998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824DC" w14:textId="77777777" w:rsidR="000D26CD" w:rsidRDefault="000D26CD" w:rsidP="00D90C05">
      <w:pPr>
        <w:spacing w:after="0" w:line="240" w:lineRule="auto"/>
      </w:pPr>
      <w:r>
        <w:separator/>
      </w:r>
    </w:p>
  </w:footnote>
  <w:footnote w:type="continuationSeparator" w:id="0">
    <w:p w14:paraId="6D130BCE" w14:textId="77777777" w:rsidR="000D26CD" w:rsidRDefault="000D26CD" w:rsidP="00D90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08ED6" w14:textId="1C59BD8C" w:rsidR="00D90C05" w:rsidRDefault="00E21BD8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C96187" wp14:editId="5B2E7257">
              <wp:simplePos x="0" y="0"/>
              <wp:positionH relativeFrom="column">
                <wp:posOffset>-616306</wp:posOffset>
              </wp:positionH>
              <wp:positionV relativeFrom="paragraph">
                <wp:posOffset>-245059</wp:posOffset>
              </wp:positionV>
              <wp:extent cx="6518402" cy="636905"/>
              <wp:effectExtent l="0" t="0" r="0" b="0"/>
              <wp:wrapNone/>
              <wp:docPr id="1563373306" name="Gru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8402" cy="636905"/>
                        <a:chOff x="0" y="0"/>
                        <a:chExt cx="6518402" cy="636905"/>
                      </a:xfrm>
                    </wpg:grpSpPr>
                    <pic:pic xmlns:pic="http://schemas.openxmlformats.org/drawingml/2006/picture">
                      <pic:nvPicPr>
                        <pic:cNvPr id="1927190865" name="Imagen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040941" y="102413"/>
                          <a:ext cx="1799590" cy="497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69794517" name="Imagen 2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4360" cy="6369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27454453" name="Imagen 3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376672" y="65837"/>
                          <a:ext cx="1141730" cy="4806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27340866" name="Imagen 10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030676" y="65837"/>
                          <a:ext cx="1066800" cy="5334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52852C" id="Grupo 9" o:spid="_x0000_s1026" style="position:absolute;margin-left:-48.55pt;margin-top:-19.3pt;width:513.25pt;height:50.15pt;z-index:251659264" coordsize="65184,6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ozNjY0NzlhZS02ZDdkLTQ4NzItOTdhYi1iZTFjMmU3&#10;ZmU5YjU8L3N0RXZ0Omluc3RhbmNlSUQ+CiAgICAgICAgICAgICAgICAgIDxzdEV2dDp3aGVuPjIw&#10;MjAtMDUtMDRUMTA6MDk6MzMtMDU6MDA8L3N0RXZ0OndoZW4+CiAgICAgICAgICAgICAgICAgIDxz&#10;dEV2dDpzb2Z0d2FyZUFnZW50PkFkb2JlIElsbHVzdHJhdG9yIENDIDIzLjEgKE1hY2ludG9zaCk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left:20409;top:1024;width:17996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">
                <v:imagedata r:id="rId5" o:title=""/>
              </v:shape>
              <v:shape id="Imagen 2" o:spid="_x0000_s1028" type="#_x0000_t75" style="position:absolute;width:18643;height:6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">
                <v:imagedata r:id="rId6" o:title=""/>
              </v:shape>
              <v:shape id="Imagen 3" o:spid="_x0000_s1029" type="#_x0000_t75" style="position:absolute;left:53766;top:658;width:11418;height:4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">
                <v:imagedata r:id="rId7" o:title=""/>
              </v:shape>
              <v:shape id="Imagen 10" o:spid="_x0000_s1030" type="#_x0000_t75" style="position:absolute;left:40306;top:658;width:10668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">
                <v:imagedata r:id="rId8" o:title=""/>
              </v:shape>
            </v:group>
          </w:pict>
        </mc:Fallback>
      </mc:AlternateContent>
    </w:r>
    <w:r w:rsidR="00D90C05"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ACA62C4" wp14:editId="115F763F">
              <wp:simplePos x="0" y="0"/>
              <wp:positionH relativeFrom="column">
                <wp:posOffset>-568960</wp:posOffset>
              </wp:positionH>
              <wp:positionV relativeFrom="paragraph">
                <wp:posOffset>421640</wp:posOffset>
              </wp:positionV>
              <wp:extent cx="6512560" cy="0"/>
              <wp:effectExtent l="38100" t="38100" r="59690" b="95250"/>
              <wp:wrapNone/>
              <wp:docPr id="870097490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560" cy="0"/>
                      </a:xfrm>
                      <a:prstGeom prst="line">
                        <a:avLst/>
                      </a:prstGeom>
                      <a:ln>
                        <a:solidFill>
                          <a:srgbClr val="1B8F6A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2BCE3B" id="Conector recto 4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8pt,33.2pt" to="46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" strokecolor="#1b8f6a" strokeweight="2pt">
              <v:shadow on="t" color="black" opacity="24903f" origin=",.5" offset="0,.55556m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833970">
    <w:abstractNumId w:val="8"/>
  </w:num>
  <w:num w:numId="2" w16cid:durableId="1641574817">
    <w:abstractNumId w:val="6"/>
  </w:num>
  <w:num w:numId="3" w16cid:durableId="1222866913">
    <w:abstractNumId w:val="5"/>
  </w:num>
  <w:num w:numId="4" w16cid:durableId="65303042">
    <w:abstractNumId w:val="4"/>
  </w:num>
  <w:num w:numId="5" w16cid:durableId="352418824">
    <w:abstractNumId w:val="7"/>
  </w:num>
  <w:num w:numId="6" w16cid:durableId="1167285567">
    <w:abstractNumId w:val="3"/>
  </w:num>
  <w:num w:numId="7" w16cid:durableId="1272318517">
    <w:abstractNumId w:val="2"/>
  </w:num>
  <w:num w:numId="8" w16cid:durableId="1012344617">
    <w:abstractNumId w:val="1"/>
  </w:num>
  <w:num w:numId="9" w16cid:durableId="1483423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26CD"/>
    <w:rsid w:val="000D63DC"/>
    <w:rsid w:val="0015074B"/>
    <w:rsid w:val="001B6646"/>
    <w:rsid w:val="00204917"/>
    <w:rsid w:val="00242357"/>
    <w:rsid w:val="0029476F"/>
    <w:rsid w:val="0029639D"/>
    <w:rsid w:val="00326F90"/>
    <w:rsid w:val="003C569C"/>
    <w:rsid w:val="00473D74"/>
    <w:rsid w:val="004E6165"/>
    <w:rsid w:val="0056710D"/>
    <w:rsid w:val="00583D20"/>
    <w:rsid w:val="005840A7"/>
    <w:rsid w:val="005E2652"/>
    <w:rsid w:val="006109CB"/>
    <w:rsid w:val="00665C82"/>
    <w:rsid w:val="006979A1"/>
    <w:rsid w:val="006F524C"/>
    <w:rsid w:val="00780C88"/>
    <w:rsid w:val="007B2A0A"/>
    <w:rsid w:val="007C3340"/>
    <w:rsid w:val="00801ECD"/>
    <w:rsid w:val="00860861"/>
    <w:rsid w:val="008A4B93"/>
    <w:rsid w:val="009404A2"/>
    <w:rsid w:val="009F7D4D"/>
    <w:rsid w:val="00A40FB0"/>
    <w:rsid w:val="00A4606E"/>
    <w:rsid w:val="00A55C4C"/>
    <w:rsid w:val="00AA1D8D"/>
    <w:rsid w:val="00B47730"/>
    <w:rsid w:val="00BD01EA"/>
    <w:rsid w:val="00CA24A3"/>
    <w:rsid w:val="00CB0664"/>
    <w:rsid w:val="00CE6867"/>
    <w:rsid w:val="00D16CC1"/>
    <w:rsid w:val="00D30241"/>
    <w:rsid w:val="00D4480F"/>
    <w:rsid w:val="00D75C98"/>
    <w:rsid w:val="00D90C05"/>
    <w:rsid w:val="00E21BD8"/>
    <w:rsid w:val="00E66523"/>
    <w:rsid w:val="00E70812"/>
    <w:rsid w:val="00F01E82"/>
    <w:rsid w:val="00F12E63"/>
    <w:rsid w:val="00FA72E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90A8A4"/>
  <w14:defaultImageDpi w14:val="300"/>
  <w15:docId w15:val="{B9B9BE58-B441-4FE7-A309-E4CD9326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A55C4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5C4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F524C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F52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5.png"/><Relationship Id="rId3" Type="http://schemas.openxmlformats.org/officeDocument/2006/relationships/image" Target="media/image11.png"/><Relationship Id="rId7" Type="http://schemas.openxmlformats.org/officeDocument/2006/relationships/image" Target="media/image14.png"/><Relationship Id="rId2" Type="http://schemas.openxmlformats.org/officeDocument/2006/relationships/image" Target="media/image10.png"/><Relationship Id="rId1" Type="http://schemas.openxmlformats.org/officeDocument/2006/relationships/image" Target="media/image5.png"/><Relationship Id="rId6" Type="http://schemas.openxmlformats.org/officeDocument/2006/relationships/image" Target="media/image13.png"/><Relationship Id="rId5" Type="http://schemas.microsoft.com/office/2007/relationships/hdphoto" Target="media/hdphoto1.wdp"/><Relationship Id="rId10" Type="http://schemas.openxmlformats.org/officeDocument/2006/relationships/image" Target="media/image17.png"/><Relationship Id="rId4" Type="http://schemas.openxmlformats.org/officeDocument/2006/relationships/image" Target="media/image12.png"/><Relationship Id="rId9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3.png"/><Relationship Id="rId7" Type="http://schemas.openxmlformats.org/officeDocument/2006/relationships/image" Target="media/image8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3465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anahi morelos</cp:lastModifiedBy>
  <cp:revision>4</cp:revision>
  <cp:lastPrinted>2026-06-15T19:53:00Z</cp:lastPrinted>
  <dcterms:created xsi:type="dcterms:W3CDTF">2026-07-14T17:37:00Z</dcterms:created>
  <dcterms:modified xsi:type="dcterms:W3CDTF">2026-07-14T17:40:00Z</dcterms:modified>
  <cp:category/>
</cp:coreProperties>
</file>